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Class Sign-in Sheet</w:t>
      </w:r>
    </w:p>
    <w:p>
      <w:pPr>
        <w:jc w:val="center"/>
      </w:pPr>
      <w:r>
        <w:t>Numu Learning Center class, taught by [office or organization]</w:t>
      </w:r>
    </w:p>
    <w:p>
      <w:r>
        <w:t>Class: ________________________________     Date: ________________</w:t>
      </w:r>
    </w:p>
    <w:p>
      <w:r>
        <w:t>Place: ________________________________     Teacher: _____________</w:t>
      </w:r>
    </w:p>
    <w:p>
      <w:r>
        <w:t>Signing in is optional and helps us count who we reach. This sheet is kept by [office]. Only totals are shared outside the Tribe.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1944"/>
        <w:gridCol w:w="1584"/>
        <w:gridCol w:w="1512"/>
        <w:gridCol w:w="1728"/>
        <w:gridCol w:w="2088"/>
      </w:tblGrid>
      <w:tr>
        <w:trPr>
          <w:tblHeader w:val="true"/>
        </w:trPr>
        <w:tc>
          <w:tcPr>
            <w:tcW w:type="dxa" w:w="504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#</w:t>
            </w:r>
          </w:p>
        </w:tc>
        <w:tc>
          <w:tcPr>
            <w:tcW w:type="dxa" w:w="1944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First name or initials</w:t>
            </w:r>
          </w:p>
        </w:tc>
        <w:tc>
          <w:tcPr>
            <w:tcW w:type="dxa" w:w="1584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Community or area</w:t>
            </w:r>
          </w:p>
        </w:tc>
        <w:tc>
          <w:tcPr>
            <w:tcW w:type="dxa" w:w="1512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Age group (under 18, 18 to 64, 65+)</w:t>
            </w:r>
          </w:p>
        </w:tc>
        <w:tc>
          <w:tcPr>
            <w:tcW w:type="dxa" w:w="1728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First Numu class?</w:t>
            </w:r>
          </w:p>
        </w:tc>
        <w:tc>
          <w:tcPr>
            <w:tcW w:type="dxa" w:w="2088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Phone or email, only if you want class news</w:t>
            </w:r>
          </w:p>
        </w:tc>
      </w:tr>
      <w:tr>
        <w:trPr>
          <w:trHeight w:val="490"/>
        </w:trPr>
        <w:tc>
          <w:tcPr>
            <w:tcW w:type="dxa" w:w="50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1</w:t>
            </w:r>
          </w:p>
        </w:tc>
        <w:tc>
          <w:tcPr>
            <w:tcW w:type="dxa" w:w="194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12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72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☐ Yes     ☐ No</w:t>
            </w:r>
          </w:p>
        </w:tc>
        <w:tc>
          <w:tcPr>
            <w:tcW w:type="dxa" w:w="208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rPr>
          <w:trHeight w:val="490"/>
        </w:trPr>
        <w:tc>
          <w:tcPr>
            <w:tcW w:type="dxa" w:w="50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2</w:t>
            </w:r>
          </w:p>
        </w:tc>
        <w:tc>
          <w:tcPr>
            <w:tcW w:type="dxa" w:w="194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12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72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☐ Yes     ☐ No</w:t>
            </w:r>
          </w:p>
        </w:tc>
        <w:tc>
          <w:tcPr>
            <w:tcW w:type="dxa" w:w="208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rPr>
          <w:trHeight w:val="490"/>
        </w:trPr>
        <w:tc>
          <w:tcPr>
            <w:tcW w:type="dxa" w:w="50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3</w:t>
            </w:r>
          </w:p>
        </w:tc>
        <w:tc>
          <w:tcPr>
            <w:tcW w:type="dxa" w:w="194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12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72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☐ Yes     ☐ No</w:t>
            </w:r>
          </w:p>
        </w:tc>
        <w:tc>
          <w:tcPr>
            <w:tcW w:type="dxa" w:w="208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rPr>
          <w:trHeight w:val="490"/>
        </w:trPr>
        <w:tc>
          <w:tcPr>
            <w:tcW w:type="dxa" w:w="50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4</w:t>
            </w:r>
          </w:p>
        </w:tc>
        <w:tc>
          <w:tcPr>
            <w:tcW w:type="dxa" w:w="194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12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72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☐ Yes     ☐ No</w:t>
            </w:r>
          </w:p>
        </w:tc>
        <w:tc>
          <w:tcPr>
            <w:tcW w:type="dxa" w:w="208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rPr>
          <w:trHeight w:val="490"/>
        </w:trPr>
        <w:tc>
          <w:tcPr>
            <w:tcW w:type="dxa" w:w="50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5</w:t>
            </w:r>
          </w:p>
        </w:tc>
        <w:tc>
          <w:tcPr>
            <w:tcW w:type="dxa" w:w="194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12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72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☐ Yes     ☐ No</w:t>
            </w:r>
          </w:p>
        </w:tc>
        <w:tc>
          <w:tcPr>
            <w:tcW w:type="dxa" w:w="208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rPr>
          <w:trHeight w:val="490"/>
        </w:trPr>
        <w:tc>
          <w:tcPr>
            <w:tcW w:type="dxa" w:w="50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6</w:t>
            </w:r>
          </w:p>
        </w:tc>
        <w:tc>
          <w:tcPr>
            <w:tcW w:type="dxa" w:w="194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12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72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☐ Yes     ☐ No</w:t>
            </w:r>
          </w:p>
        </w:tc>
        <w:tc>
          <w:tcPr>
            <w:tcW w:type="dxa" w:w="208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rPr>
          <w:trHeight w:val="490"/>
        </w:trPr>
        <w:tc>
          <w:tcPr>
            <w:tcW w:type="dxa" w:w="50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7</w:t>
            </w:r>
          </w:p>
        </w:tc>
        <w:tc>
          <w:tcPr>
            <w:tcW w:type="dxa" w:w="194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12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72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☐ Yes     ☐ No</w:t>
            </w:r>
          </w:p>
        </w:tc>
        <w:tc>
          <w:tcPr>
            <w:tcW w:type="dxa" w:w="208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rPr>
          <w:trHeight w:val="490"/>
        </w:trPr>
        <w:tc>
          <w:tcPr>
            <w:tcW w:type="dxa" w:w="50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8</w:t>
            </w:r>
          </w:p>
        </w:tc>
        <w:tc>
          <w:tcPr>
            <w:tcW w:type="dxa" w:w="194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12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72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☐ Yes     ☐ No</w:t>
            </w:r>
          </w:p>
        </w:tc>
        <w:tc>
          <w:tcPr>
            <w:tcW w:type="dxa" w:w="208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rPr>
          <w:trHeight w:val="490"/>
        </w:trPr>
        <w:tc>
          <w:tcPr>
            <w:tcW w:type="dxa" w:w="50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9</w:t>
            </w:r>
          </w:p>
        </w:tc>
        <w:tc>
          <w:tcPr>
            <w:tcW w:type="dxa" w:w="194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12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72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☐ Yes     ☐ No</w:t>
            </w:r>
          </w:p>
        </w:tc>
        <w:tc>
          <w:tcPr>
            <w:tcW w:type="dxa" w:w="208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rPr>
          <w:trHeight w:val="490"/>
        </w:trPr>
        <w:tc>
          <w:tcPr>
            <w:tcW w:type="dxa" w:w="50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10</w:t>
            </w:r>
          </w:p>
        </w:tc>
        <w:tc>
          <w:tcPr>
            <w:tcW w:type="dxa" w:w="194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12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72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☐ Yes     ☐ No</w:t>
            </w:r>
          </w:p>
        </w:tc>
        <w:tc>
          <w:tcPr>
            <w:tcW w:type="dxa" w:w="208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rPr>
          <w:trHeight w:val="490"/>
        </w:trPr>
        <w:tc>
          <w:tcPr>
            <w:tcW w:type="dxa" w:w="50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11</w:t>
            </w:r>
          </w:p>
        </w:tc>
        <w:tc>
          <w:tcPr>
            <w:tcW w:type="dxa" w:w="194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12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72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☐ Yes     ☐ No</w:t>
            </w:r>
          </w:p>
        </w:tc>
        <w:tc>
          <w:tcPr>
            <w:tcW w:type="dxa" w:w="208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rPr>
          <w:trHeight w:val="490"/>
        </w:trPr>
        <w:tc>
          <w:tcPr>
            <w:tcW w:type="dxa" w:w="50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12</w:t>
            </w:r>
          </w:p>
        </w:tc>
        <w:tc>
          <w:tcPr>
            <w:tcW w:type="dxa" w:w="194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512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  <w:tc>
          <w:tcPr>
            <w:tcW w:type="dxa" w:w="172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☐ Yes     ☐ No</w:t>
            </w:r>
          </w:p>
        </w:tc>
        <w:tc>
          <w:tcPr>
            <w:tcW w:type="dxa" w:w="2088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</w:tbl>
    <w:p>
      <w:pPr>
        <w:spacing w:after="0"/>
      </w:pPr>
    </w:p>
    <w:p>
      <w:r>
        <w:t>Staff use:  total signed in ______     helpers ______     ☐ childcare     ☐ rides     ☐ meal</w:t>
      </w:r>
    </w:p>
    <w:p>
      <w:r>
        <w:br w:type="page"/>
      </w:r>
    </w:p>
    <w:p>
      <w:pPr>
        <w:pStyle w:val="Title"/>
      </w:pPr>
      <w:r>
        <w:t>Class Evaluation</w:t>
      </w:r>
    </w:p>
    <w:p>
      <w:r>
        <w:t>Class: ______________________________      Date: ______________</w:t>
      </w:r>
    </w:p>
    <w:p>
      <w:r>
        <w:rPr>
          <w:b/>
        </w:rPr>
        <w:t>1. How was today's class? Circle one face.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77240" cy="7772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ce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77240" cy="77724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ce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77240" cy="77724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ce2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77240" cy="77724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ce3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77240" cy="77724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ce4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1872"/>
          </w:tcPr>
          <w:p>
            <w:pPr>
              <w:jc w:val="center"/>
            </w:pPr>
            <w:r>
              <w:rPr>
                <w:rFonts w:ascii="Helvetica" w:hAnsi="Helvetica" w:cs="Helvetica" w:eastAsia="Helvetica"/>
                <w:b/>
                <w:sz w:val="22"/>
              </w:rPr>
              <w:t>Not good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rFonts w:ascii="Helvetica" w:hAnsi="Helvetica" w:cs="Helvetica" w:eastAsia="Helvetica"/>
                <w:b/>
                <w:sz w:val="22"/>
              </w:rPr>
              <w:t>Not great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rFonts w:ascii="Helvetica" w:hAnsi="Helvetica" w:cs="Helvetica" w:eastAsia="Helvetica"/>
                <w:b/>
                <w:sz w:val="22"/>
              </w:rPr>
              <w:t>Okay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rFonts w:ascii="Helvetica" w:hAnsi="Helvetica" w:cs="Helvetica" w:eastAsia="Helvetica"/>
                <w:b/>
                <w:sz w:val="22"/>
              </w:rPr>
              <w:t>Good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rFonts w:ascii="Helvetica" w:hAnsi="Helvetica" w:cs="Helvetica" w:eastAsia="Helvetica"/>
                <w:b/>
                <w:sz w:val="22"/>
              </w:rPr>
              <w:t>Great</w:t>
            </w:r>
          </w:p>
        </w:tc>
      </w:tr>
    </w:tbl>
    <w:p>
      <w:pPr>
        <w:spacing w:after="0"/>
      </w:pPr>
    </w:p>
    <w:p>
      <w:r>
        <w:rPr>
          <w:b/>
        </w:rPr>
        <w:t>2. What was the most useful thing you learned today?</w:t>
      </w:r>
    </w:p>
    <w:p>
      <w:pPr>
        <w:spacing w:after="160"/>
      </w:pPr>
      <w:r>
        <w:t>__________________________________________________________________</w:t>
      </w:r>
    </w:p>
    <w:p>
      <w:pPr>
        <w:spacing w:after="160"/>
      </w:pPr>
      <w:r>
        <w:t>__________________________________________________________________</w:t>
      </w:r>
    </w:p>
    <w:p>
      <w:pPr>
        <w:spacing w:after="160"/>
      </w:pPr>
      <w:r>
        <w:t>__________________________________________________________________</w:t>
      </w:r>
    </w:p>
    <w:p>
      <w:r>
        <w:rPr>
          <w:b/>
        </w:rPr>
        <w:t>3. Was anything hard to follow? What would make it easier?</w:t>
      </w:r>
    </w:p>
    <w:p>
      <w:pPr>
        <w:spacing w:after="160"/>
      </w:pPr>
      <w:r>
        <w:t>__________________________________________________________________</w:t>
      </w:r>
    </w:p>
    <w:p>
      <w:pPr>
        <w:spacing w:after="160"/>
      </w:pPr>
      <w:r>
        <w:t>__________________________________________________________________</w:t>
      </w:r>
    </w:p>
    <w:p>
      <w:pPr>
        <w:spacing w:after="160"/>
      </w:pPr>
      <w:r>
        <w:t>__________________________________________________________________</w:t>
      </w:r>
    </w:p>
    <w:p>
      <w:r>
        <w:rPr>
          <w:b/>
        </w:rPr>
        <w:t>4. What would you like to learn next?</w:t>
      </w:r>
    </w:p>
    <w:p>
      <w:pPr>
        <w:spacing w:after="160"/>
      </w:pPr>
      <w:r>
        <w:t>__________________________________________________________________</w:t>
      </w:r>
    </w:p>
    <w:p>
      <w:pPr>
        <w:spacing w:after="160"/>
      </w:pPr>
      <w:r>
        <w:t>__________________________________________________________________</w:t>
      </w:r>
    </w:p>
    <w:p>
      <w:r>
        <w:rPr>
          <w:b/>
        </w:rPr>
        <w:t>5. Do you feel more confident using technology after this class?</w:t>
      </w:r>
    </w:p>
    <w:p>
      <w:r>
        <w:t>☐ Yes     ☐ A little     ☐ No</w:t>
      </w:r>
    </w:p>
    <w:p>
      <w:r>
        <w:t>Thank you. Please do not write your name. Your answers help us improve our classes.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Helvetica" w:hAnsi="Helvetica" w:cs="Helvetica" w:eastAsia="Helvetica"/>
        <w:b w:val="0"/>
        <w:sz w:val="18"/>
      </w:rPr>
      <w:t>Numu Communications Learning Center  |  www.numu.tech/resources  |  Free to use and adapt; please keep this credit.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240" w:line="240" w:lineRule="auto"/>
      <w:jc w:val="left"/>
    </w:pPr>
    <w:rPr>
      <w:rFonts w:ascii="Helvetica" w:hAnsi="Helvetica" w:cs="Helvetica" w:eastAsia="Helvetica"/>
      <w:b w:val="0"/>
      <w:i w:val="0"/>
      <w:color w:val="14233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40" w:line="240" w:lineRule="auto"/>
      <w:jc w:val="left"/>
      <w:outlineLvl w:val="0"/>
    </w:pPr>
    <w:rPr>
      <w:rFonts w:asciiTheme="majorHAnsi" w:eastAsiaTheme="majorEastAsia" w:hAnsiTheme="majorHAnsi" w:cstheme="majorBidi" w:ascii="Helvetica" w:hAnsi="Helvetica" w:cs="Helvetica" w:eastAsia="Helvetica"/>
      <w:b/>
      <w:bCs/>
      <w:i w:val="0"/>
      <w:color w:val="006B3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240" w:line="240" w:lineRule="auto"/>
      <w:jc w:val="left"/>
      <w:outlineLvl w:val="1"/>
    </w:pPr>
    <w:rPr>
      <w:rFonts w:asciiTheme="majorHAnsi" w:eastAsiaTheme="majorEastAsia" w:hAnsiTheme="majorHAnsi" w:cstheme="majorBidi" w:ascii="Helvetica Light" w:hAnsi="Helvetica Light" w:cs="Helvetica Light" w:eastAsia="Helvetica Light"/>
      <w:b/>
      <w:bCs/>
      <w:i w:val="0"/>
      <w:color w:val="1423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rFonts w:asciiTheme="majorHAnsi" w:eastAsiaTheme="majorEastAsia" w:hAnsiTheme="majorHAnsi" w:cstheme="majorBidi" w:ascii="Helvetica" w:hAnsi="Helvetica" w:cs="Helvetica" w:eastAsia="Helvetica"/>
      <w:b/>
      <w:i w:val="0"/>
      <w:color w:val="006B31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240" w:line="240" w:lineRule="auto"/>
      <w:contextualSpacing/>
      <w:jc w:val="left"/>
    </w:pPr>
    <w:rPr>
      <w:rFonts w:ascii="Helvetica" w:hAnsi="Helvetica" w:cs="Helvetica" w:eastAsia="Helvetica"/>
      <w:b w:val="0"/>
      <w:i w:val="0"/>
      <w:color w:val="14233A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240" w:line="240" w:lineRule="auto"/>
      <w:contextualSpacing/>
      <w:jc w:val="left"/>
    </w:pPr>
    <w:rPr>
      <w:rFonts w:ascii="Helvetica" w:hAnsi="Helvetica" w:cs="Helvetica" w:eastAsia="Helvetica"/>
      <w:b w:val="0"/>
      <w:i w:val="0"/>
      <w:color w:val="14233A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